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7D51" w14:textId="77777777" w:rsidR="00106B96" w:rsidRPr="00444872" w:rsidRDefault="00106B96" w:rsidP="00106B96">
      <w:pPr>
        <w:spacing w:after="0" w:line="360" w:lineRule="auto"/>
        <w:jc w:val="center"/>
      </w:pPr>
      <w:r w:rsidRPr="00444872">
        <w:t>CỘNG HÒA XÃ HỘI CHỦ NGHĨA VIỆT NAM</w:t>
      </w:r>
    </w:p>
    <w:p w14:paraId="3AAA344A" w14:textId="77777777" w:rsidR="00106B96" w:rsidRPr="00444872" w:rsidRDefault="00106B96" w:rsidP="00106B96">
      <w:pPr>
        <w:spacing w:after="0" w:line="360" w:lineRule="auto"/>
        <w:jc w:val="center"/>
        <w:rPr>
          <w:b/>
          <w:u w:val="single"/>
        </w:rPr>
      </w:pPr>
      <w:proofErr w:type="spellStart"/>
      <w:r w:rsidRPr="00444872">
        <w:rPr>
          <w:b/>
          <w:u w:val="single"/>
        </w:rPr>
        <w:t>Độc</w:t>
      </w:r>
      <w:proofErr w:type="spellEnd"/>
      <w:r w:rsidRPr="00444872">
        <w:rPr>
          <w:b/>
          <w:u w:val="single"/>
        </w:rPr>
        <w:t xml:space="preserve"> </w:t>
      </w:r>
      <w:proofErr w:type="spellStart"/>
      <w:r w:rsidRPr="00444872">
        <w:rPr>
          <w:b/>
          <w:u w:val="single"/>
        </w:rPr>
        <w:t>lập</w:t>
      </w:r>
      <w:proofErr w:type="spellEnd"/>
      <w:r w:rsidRPr="00444872">
        <w:rPr>
          <w:b/>
          <w:u w:val="single"/>
        </w:rPr>
        <w:t xml:space="preserve"> – </w:t>
      </w:r>
      <w:proofErr w:type="spellStart"/>
      <w:r w:rsidRPr="00444872">
        <w:rPr>
          <w:b/>
          <w:u w:val="single"/>
        </w:rPr>
        <w:t>Tự</w:t>
      </w:r>
      <w:proofErr w:type="spellEnd"/>
      <w:r w:rsidRPr="00444872">
        <w:rPr>
          <w:b/>
          <w:u w:val="single"/>
        </w:rPr>
        <w:t xml:space="preserve"> do – </w:t>
      </w:r>
      <w:proofErr w:type="spellStart"/>
      <w:r w:rsidRPr="00444872">
        <w:rPr>
          <w:b/>
          <w:u w:val="single"/>
        </w:rPr>
        <w:t>Hạnh</w:t>
      </w:r>
      <w:proofErr w:type="spellEnd"/>
      <w:r w:rsidRPr="00444872">
        <w:rPr>
          <w:b/>
          <w:u w:val="single"/>
        </w:rPr>
        <w:t xml:space="preserve"> </w:t>
      </w:r>
      <w:proofErr w:type="spellStart"/>
      <w:r w:rsidRPr="00444872">
        <w:rPr>
          <w:b/>
          <w:u w:val="single"/>
        </w:rPr>
        <w:t>phúc</w:t>
      </w:r>
      <w:proofErr w:type="spellEnd"/>
    </w:p>
    <w:p w14:paraId="7EB13F0C" w14:textId="77777777" w:rsidR="00106B96" w:rsidRDefault="00106B96" w:rsidP="00106B96">
      <w:pPr>
        <w:jc w:val="center"/>
      </w:pPr>
    </w:p>
    <w:p w14:paraId="475EF211" w14:textId="69EB3085" w:rsidR="00106B96" w:rsidRPr="00106B96" w:rsidRDefault="00B03815" w:rsidP="00106B96">
      <w:pPr>
        <w:jc w:val="center"/>
        <w:rPr>
          <w:b/>
          <w:bCs/>
          <w:sz w:val="28"/>
          <w:szCs w:val="24"/>
        </w:rPr>
      </w:pPr>
      <w:r>
        <w:br/>
      </w:r>
      <w:r w:rsidRPr="00106B96">
        <w:rPr>
          <w:b/>
          <w:bCs/>
          <w:sz w:val="28"/>
          <w:szCs w:val="24"/>
        </w:rPr>
        <w:t>ĐƠN ĐỀ NGHỊ XÉT HỌC BỔNG</w:t>
      </w:r>
    </w:p>
    <w:p w14:paraId="4B1F6DE3" w14:textId="0A308E0C" w:rsidR="00A15CAE" w:rsidRDefault="00B03815" w:rsidP="00106B96">
      <w:pPr>
        <w:ind w:left="993" w:hanging="993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:-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Học </w:t>
      </w:r>
      <w:proofErr w:type="spellStart"/>
      <w:r>
        <w:t>bổng</w:t>
      </w:r>
      <w:proofErr w:type="spellEnd"/>
      <w:r>
        <w:t xml:space="preserve"> </w:t>
      </w:r>
      <w:proofErr w:type="spellStart"/>
      <w:r w:rsidR="00106B96">
        <w:t>đồng</w:t>
      </w:r>
      <w:proofErr w:type="spellEnd"/>
      <w:r w:rsidR="00106B96">
        <w:t xml:space="preserve"> </w:t>
      </w:r>
      <w:proofErr w:type="spellStart"/>
      <w:r w:rsidR="00106B96">
        <w:t>hành</w:t>
      </w:r>
      <w:proofErr w:type="spellEnd"/>
      <w:r w:rsidR="00FB2C9F">
        <w:t xml:space="preserve"> </w:t>
      </w:r>
      <w:r>
        <w:t xml:space="preserve">Trường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 Lâm TP.</w:t>
      </w:r>
      <w:r w:rsidR="00106B96">
        <w:t>HCM</w:t>
      </w:r>
      <w:r>
        <w:br/>
        <w:t xml:space="preserve">- </w:t>
      </w:r>
      <w:proofErr w:type="spellStart"/>
      <w:r>
        <w:t>Quỹ</w:t>
      </w:r>
      <w:proofErr w:type="spellEnd"/>
      <w:r>
        <w:t xml:space="preserve">/Công ty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trợ</w:t>
      </w:r>
      <w:proofErr w:type="spellEnd"/>
      <w:r w:rsidR="00106B96">
        <w:t xml:space="preserve"> </w:t>
      </w:r>
      <w:r>
        <w:t>.................................................................................</w:t>
      </w:r>
    </w:p>
    <w:p w14:paraId="0FC77A01" w14:textId="77777777" w:rsidR="00A15CAE" w:rsidRPr="00106B96" w:rsidRDefault="00B03815">
      <w:pPr>
        <w:rPr>
          <w:b/>
          <w:bCs/>
        </w:rPr>
      </w:pPr>
      <w:r>
        <w:br/>
      </w:r>
      <w:r w:rsidRPr="00106B96">
        <w:rPr>
          <w:b/>
          <w:bCs/>
        </w:rPr>
        <w:t>I. THÔNG TIN SINH VIÊN</w:t>
      </w:r>
    </w:p>
    <w:p w14:paraId="72A03859" w14:textId="77777777" w:rsidR="00A15CAE" w:rsidRDefault="00B03815"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>: .............................................................................................................</w:t>
      </w:r>
    </w:p>
    <w:p w14:paraId="079EB32F" w14:textId="19D2C399" w:rsidR="00A15CAE" w:rsidRDefault="002E63E8">
      <w:r>
        <w:t>MSSV:</w:t>
      </w:r>
      <w:r w:rsidR="00B03815">
        <w:t xml:space="preserve"> ...............................................................</w:t>
      </w:r>
    </w:p>
    <w:p w14:paraId="6E4CC77F" w14:textId="77777777" w:rsidR="00A15CAE" w:rsidRDefault="00B03815">
      <w:proofErr w:type="spellStart"/>
      <w:r>
        <w:t>Lớp</w:t>
      </w:r>
      <w:proofErr w:type="spellEnd"/>
      <w:r>
        <w:t>: .........................................................   Khoa: ....................................................</w:t>
      </w:r>
    </w:p>
    <w:p w14:paraId="128E4089" w14:textId="77777777" w:rsidR="00A15CAE" w:rsidRDefault="00B03815"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: 20….. – 20…..      Sinh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thứ</w:t>
      </w:r>
      <w:proofErr w:type="spellEnd"/>
      <w:r>
        <w:t>: ...............</w:t>
      </w:r>
    </w:p>
    <w:p w14:paraId="764E82BC" w14:textId="77777777" w:rsidR="00A15CAE" w:rsidRDefault="00B03815"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>: ........................................   Email: .................................................</w:t>
      </w:r>
    </w:p>
    <w:p w14:paraId="3CFA64A0" w14:textId="1C187D5E" w:rsidR="00A15CAE" w:rsidRDefault="00B03815">
      <w:proofErr w:type="spellStart"/>
      <w:r>
        <w:t>Điểm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</w:t>
      </w:r>
      <w:r w:rsidR="00F432DA">
        <w:t>p</w:t>
      </w:r>
      <w:proofErr w:type="spellEnd"/>
      <w:r w:rsidR="00F432DA">
        <w:t xml:space="preserve"> </w:t>
      </w:r>
      <w:proofErr w:type="spellStart"/>
      <w:r w:rsidR="00F432DA">
        <w:t>tích</w:t>
      </w:r>
      <w:proofErr w:type="spellEnd"/>
      <w:r w:rsidR="00F432DA">
        <w:t xml:space="preserve"> </w:t>
      </w:r>
      <w:proofErr w:type="spellStart"/>
      <w:r w:rsidR="00F432DA">
        <w:t>lũy</w:t>
      </w:r>
      <w:proofErr w:type="spellEnd"/>
      <w:r w:rsidR="00F432DA">
        <w:t>:</w:t>
      </w:r>
      <w:r>
        <w:t>............................</w:t>
      </w:r>
    </w:p>
    <w:p w14:paraId="60D79FC8" w14:textId="77777777" w:rsidR="00F432DA" w:rsidRDefault="00B03815">
      <w:proofErr w:type="spellStart"/>
      <w:r>
        <w:t>Xếp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>..................................................</w:t>
      </w:r>
    </w:p>
    <w:p w14:paraId="2CBE3AF7" w14:textId="572FD3A7" w:rsidR="00A15CAE" w:rsidRPr="00106B96" w:rsidRDefault="00B03815">
      <w:r>
        <w:br/>
      </w:r>
      <w:r w:rsidRPr="00106B96">
        <w:rPr>
          <w:b/>
          <w:bCs/>
        </w:rPr>
        <w:t>II. HOÀN CẢNH GIA ĐÌNH</w:t>
      </w:r>
    </w:p>
    <w:p w14:paraId="3744D35D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666D6D1A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00EEFFFF" w14:textId="77777777" w:rsidR="00106B96" w:rsidRDefault="00B03815">
      <w:r>
        <w:t>............................................................................................................................................</w:t>
      </w:r>
    </w:p>
    <w:p w14:paraId="0F2AB533" w14:textId="4C15F1ED" w:rsidR="00A15CAE" w:rsidRPr="00106B96" w:rsidRDefault="00B03815">
      <w:r>
        <w:br/>
      </w:r>
      <w:r w:rsidRPr="00106B96">
        <w:rPr>
          <w:b/>
          <w:bCs/>
        </w:rPr>
        <w:t>III. THÀNH TÍCH HỌC TẬP, NGHIÊN CỨU KHOA HỌC, KHỞI NGHIỆP</w:t>
      </w:r>
    </w:p>
    <w:p w14:paraId="7476170D" w14:textId="77777777" w:rsidR="00A15CAE" w:rsidRDefault="00B03815">
      <w:r>
        <w:t>(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,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nghiên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,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thưởng</w:t>
      </w:r>
      <w:proofErr w:type="spellEnd"/>
      <w:r>
        <w:t xml:space="preserve">,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>)</w:t>
      </w:r>
    </w:p>
    <w:p w14:paraId="715F5065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709C2A80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32175B6D" w14:textId="77777777" w:rsidR="00A15CAE" w:rsidRDefault="00B03815">
      <w:r>
        <w:lastRenderedPageBreak/>
        <w:t>............................................................................................................................................</w:t>
      </w:r>
    </w:p>
    <w:p w14:paraId="451B1FDE" w14:textId="77777777" w:rsidR="00A15CAE" w:rsidRPr="00106B96" w:rsidRDefault="00B03815">
      <w:pPr>
        <w:rPr>
          <w:b/>
          <w:bCs/>
        </w:rPr>
      </w:pPr>
      <w:r>
        <w:br/>
      </w:r>
      <w:r w:rsidRPr="00106B96">
        <w:rPr>
          <w:b/>
          <w:bCs/>
        </w:rPr>
        <w:t>IV. HOẠT ĐỘNG ĐOÀN – HỘI, CÔNG TÁC XÃ HỘI</w:t>
      </w:r>
    </w:p>
    <w:p w14:paraId="3CA25520" w14:textId="77777777" w:rsidR="00A15CAE" w:rsidRDefault="00B03815">
      <w:r>
        <w:t>(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Khoa, Trường, CLB, </w:t>
      </w:r>
      <w:proofErr w:type="spellStart"/>
      <w:r>
        <w:t>Đội</w:t>
      </w:r>
      <w:proofErr w:type="spellEnd"/>
      <w:r>
        <w:t xml:space="preserve">, </w:t>
      </w:r>
      <w:proofErr w:type="spellStart"/>
      <w:r>
        <w:t>Nhóm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nguyện</w:t>
      </w:r>
      <w:proofErr w:type="spellEnd"/>
      <w:r>
        <w:t>,...)</w:t>
      </w:r>
    </w:p>
    <w:p w14:paraId="3AA87F6C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6D2D210E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4C617C1D" w14:textId="77777777" w:rsidR="00106B96" w:rsidRDefault="00B03815">
      <w:r>
        <w:t>............................................................................................................................................</w:t>
      </w:r>
    </w:p>
    <w:p w14:paraId="569460F0" w14:textId="7727C946" w:rsidR="00A15CAE" w:rsidRPr="00106B96" w:rsidRDefault="00B03815">
      <w:r>
        <w:br/>
      </w:r>
      <w:r w:rsidRPr="00106B96">
        <w:rPr>
          <w:b/>
          <w:bCs/>
        </w:rPr>
        <w:t>V. NGUYỆN VỌNG, ƯỚC MƠ CỦA BẢN THÂN</w:t>
      </w:r>
    </w:p>
    <w:p w14:paraId="1557C21D" w14:textId="41B4C381" w:rsidR="00A15CAE" w:rsidRDefault="00B03815">
      <w:r>
        <w:t>(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ngắn</w:t>
      </w:r>
      <w:proofErr w:type="spellEnd"/>
      <w:r>
        <w:t xml:space="preserve"> </w:t>
      </w:r>
      <w:proofErr w:type="spellStart"/>
      <w:r>
        <w:t>gọn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, </w:t>
      </w:r>
      <w:proofErr w:type="spellStart"/>
      <w:r>
        <w:t>nghề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,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cống</w:t>
      </w:r>
      <w:proofErr w:type="spellEnd"/>
      <w:r>
        <w:t xml:space="preserve"> </w:t>
      </w:r>
      <w:proofErr w:type="spellStart"/>
      <w:r>
        <w:t>hiến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mong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bổng</w:t>
      </w:r>
      <w:proofErr w:type="spellEnd"/>
      <w:r>
        <w:t>)</w:t>
      </w:r>
    </w:p>
    <w:p w14:paraId="62BE8DBA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43500571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6FED96F7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08C5768C" w14:textId="77777777" w:rsidR="00A15CAE" w:rsidRDefault="00B03815">
      <w:r>
        <w:t>............................................................................................................................................</w:t>
      </w:r>
    </w:p>
    <w:p w14:paraId="1A61933B" w14:textId="401F077C" w:rsidR="00A15CAE" w:rsidRDefault="00B03815" w:rsidP="00106B96">
      <w:r>
        <w:br/>
      </w:r>
      <w:r w:rsidR="00106B96">
        <w:t xml:space="preserve">      </w:t>
      </w:r>
      <w:proofErr w:type="spellStart"/>
      <w:r>
        <w:t>Kính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Ban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bổng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bổng</w:t>
      </w:r>
      <w:proofErr w:type="spellEnd"/>
      <w:r>
        <w:t xml:space="preserve"> ý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.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thực</w:t>
      </w:r>
      <w:proofErr w:type="spellEnd"/>
      <w:r w:rsidR="00106B96">
        <w:t>.</w:t>
      </w:r>
    </w:p>
    <w:p w14:paraId="16C97931" w14:textId="77777777" w:rsidR="00A44116" w:rsidRDefault="00B03815">
      <w:pPr>
        <w:jc w:val="right"/>
      </w:pPr>
      <w:r>
        <w:t xml:space="preserve">TP. </w:t>
      </w:r>
      <w:proofErr w:type="spellStart"/>
      <w:r>
        <w:t>Hồ</w:t>
      </w:r>
      <w:proofErr w:type="spellEnd"/>
      <w:r>
        <w:t xml:space="preserve"> Chí Minh, </w:t>
      </w:r>
      <w:proofErr w:type="spellStart"/>
      <w:r>
        <w:t>ngày</w:t>
      </w:r>
      <w:proofErr w:type="spellEnd"/>
      <w:r>
        <w:t xml:space="preserve"> ...... </w:t>
      </w:r>
      <w:proofErr w:type="spellStart"/>
      <w:r>
        <w:t>tháng</w:t>
      </w:r>
      <w:proofErr w:type="spellEnd"/>
      <w:r>
        <w:t xml:space="preserve"> ...... </w:t>
      </w:r>
      <w:proofErr w:type="spellStart"/>
      <w:r>
        <w:t>năm</w:t>
      </w:r>
      <w:proofErr w:type="spellEnd"/>
      <w:r>
        <w:t xml:space="preserve"> 202</w:t>
      </w:r>
      <w:r w:rsidR="00A44116">
        <w:t>6</w:t>
      </w:r>
      <w:r>
        <w:br/>
      </w:r>
    </w:p>
    <w:p w14:paraId="2C5A0504" w14:textId="575CB455" w:rsidR="00A15CAE" w:rsidRDefault="000005D8" w:rsidP="000005D8">
      <w:proofErr w:type="spellStart"/>
      <w:r>
        <w:t>Xác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QLSV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B03815">
        <w:t>Người</w:t>
      </w:r>
      <w:proofErr w:type="spellEnd"/>
      <w:r w:rsidR="00B03815">
        <w:t xml:space="preserve"> </w:t>
      </w:r>
      <w:proofErr w:type="spellStart"/>
      <w:r w:rsidR="00B03815">
        <w:t>làm</w:t>
      </w:r>
      <w:proofErr w:type="spellEnd"/>
      <w:r w:rsidR="00B03815">
        <w:t xml:space="preserve"> </w:t>
      </w:r>
      <w:proofErr w:type="spellStart"/>
      <w:r w:rsidR="00B03815">
        <w:t>đơn</w:t>
      </w:r>
      <w:proofErr w:type="spellEnd"/>
      <w:r w:rsidR="00B03815">
        <w:br/>
      </w:r>
      <w:r w:rsidR="00B03815">
        <w:br/>
      </w:r>
    </w:p>
    <w:sectPr w:rsidR="00A15CAE" w:rsidSect="00106B96">
      <w:pgSz w:w="12240" w:h="15840"/>
      <w:pgMar w:top="993" w:right="1134" w:bottom="1417" w:left="19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7601380">
    <w:abstractNumId w:val="8"/>
  </w:num>
  <w:num w:numId="2" w16cid:durableId="889733012">
    <w:abstractNumId w:val="6"/>
  </w:num>
  <w:num w:numId="3" w16cid:durableId="1934238407">
    <w:abstractNumId w:val="5"/>
  </w:num>
  <w:num w:numId="4" w16cid:durableId="111830169">
    <w:abstractNumId w:val="4"/>
  </w:num>
  <w:num w:numId="5" w16cid:durableId="2067028324">
    <w:abstractNumId w:val="7"/>
  </w:num>
  <w:num w:numId="6" w16cid:durableId="1827160429">
    <w:abstractNumId w:val="3"/>
  </w:num>
  <w:num w:numId="7" w16cid:durableId="301814643">
    <w:abstractNumId w:val="2"/>
  </w:num>
  <w:num w:numId="8" w16cid:durableId="249630503">
    <w:abstractNumId w:val="1"/>
  </w:num>
  <w:num w:numId="9" w16cid:durableId="42874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5D8"/>
    <w:rsid w:val="00034616"/>
    <w:rsid w:val="0006063C"/>
    <w:rsid w:val="00090879"/>
    <w:rsid w:val="00106B96"/>
    <w:rsid w:val="0015074B"/>
    <w:rsid w:val="0029639D"/>
    <w:rsid w:val="002E63E8"/>
    <w:rsid w:val="00326F90"/>
    <w:rsid w:val="004363EF"/>
    <w:rsid w:val="005B2807"/>
    <w:rsid w:val="005F1593"/>
    <w:rsid w:val="00A15CAE"/>
    <w:rsid w:val="00A44116"/>
    <w:rsid w:val="00AA1D8D"/>
    <w:rsid w:val="00B03815"/>
    <w:rsid w:val="00B47730"/>
    <w:rsid w:val="00CB0664"/>
    <w:rsid w:val="00EC73F7"/>
    <w:rsid w:val="00F432DA"/>
    <w:rsid w:val="00FB2C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06FBEE"/>
  <w14:defaultImageDpi w14:val="300"/>
  <w15:docId w15:val="{C78010F4-8FDD-4B30-9F24-00D18240A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2025-10-16T07:35:00Z</cp:lastPrinted>
  <dcterms:created xsi:type="dcterms:W3CDTF">2026-08-31T13:46:00Z</dcterms:created>
  <dcterms:modified xsi:type="dcterms:W3CDTF">2026-09-11T08:32:00Z</dcterms:modified>
  <cp:category/>
</cp:coreProperties>
</file>